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460D" w:rsidRDefault="00A66C77">
      <w:pPr>
        <w:spacing w:after="40"/>
        <w:jc w:val="center"/>
        <w:rPr>
          <w:rFonts w:ascii="Times New Roman" w:hAnsi="Times New Roman" w:cs="Times New Roman"/>
          <w:b/>
        </w:rPr>
      </w:pPr>
      <w:r w:rsidRPr="000455FF">
        <w:rPr>
          <w:rFonts w:ascii="Times New Roman" w:hAnsi="Times New Roman" w:cs="Times New Roman"/>
          <w:b/>
        </w:rPr>
        <w:t>ONDOKUZ MAYIS ÜNİVERSİTESİ</w:t>
      </w:r>
      <w:r w:rsidRPr="000455FF">
        <w:rPr>
          <w:rFonts w:ascii="Times New Roman" w:hAnsi="Times New Roman" w:cs="Times New Roman"/>
          <w:b/>
        </w:rPr>
        <w:br/>
        <w:t>GÜZEL SANATLAR FAKÜLTESİ</w:t>
      </w:r>
      <w:r w:rsidRPr="000455FF">
        <w:rPr>
          <w:rFonts w:ascii="Times New Roman" w:hAnsi="Times New Roman" w:cs="Times New Roman"/>
          <w:b/>
        </w:rPr>
        <w:br/>
        <w:t>...................................................... BÖLÜM BAŞKANLIĞINA</w:t>
      </w:r>
    </w:p>
    <w:p w:rsidR="00235840" w:rsidRPr="000455FF" w:rsidRDefault="00235840">
      <w:pPr>
        <w:spacing w:after="40"/>
        <w:jc w:val="center"/>
        <w:rPr>
          <w:rFonts w:ascii="Times New Roman" w:hAnsi="Times New Roman" w:cs="Times New Roman"/>
        </w:rPr>
      </w:pPr>
    </w:p>
    <w:p w:rsidR="00F7460D" w:rsidRDefault="00A66C77" w:rsidP="000F2ACC">
      <w:pPr>
        <w:spacing w:before="120" w:after="120" w:line="360" w:lineRule="auto"/>
        <w:ind w:firstLine="720"/>
        <w:rPr>
          <w:rFonts w:ascii="Times New Roman" w:hAnsi="Times New Roman" w:cs="Times New Roman"/>
        </w:rPr>
      </w:pPr>
      <w:proofErr w:type="spellStart"/>
      <w:r w:rsidRPr="000455FF">
        <w:rPr>
          <w:rFonts w:ascii="Times New Roman" w:hAnsi="Times New Roman" w:cs="Times New Roman"/>
        </w:rPr>
        <w:t>Ondokuz</w:t>
      </w:r>
      <w:proofErr w:type="spellEnd"/>
      <w:r w:rsidRPr="000455FF">
        <w:rPr>
          <w:rFonts w:ascii="Times New Roman" w:hAnsi="Times New Roman" w:cs="Times New Roman"/>
        </w:rPr>
        <w:t xml:space="preserve"> </w:t>
      </w:r>
      <w:proofErr w:type="spellStart"/>
      <w:r w:rsidRPr="000455FF">
        <w:rPr>
          <w:rFonts w:ascii="Times New Roman" w:hAnsi="Times New Roman" w:cs="Times New Roman"/>
        </w:rPr>
        <w:t>Mayıs</w:t>
      </w:r>
      <w:proofErr w:type="spellEnd"/>
      <w:r w:rsidRPr="000455FF">
        <w:rPr>
          <w:rFonts w:ascii="Times New Roman" w:hAnsi="Times New Roman" w:cs="Times New Roman"/>
        </w:rPr>
        <w:t xml:space="preserve"> </w:t>
      </w:r>
      <w:proofErr w:type="spellStart"/>
      <w:r w:rsidRPr="000455FF">
        <w:rPr>
          <w:rFonts w:ascii="Times New Roman" w:hAnsi="Times New Roman" w:cs="Times New Roman"/>
        </w:rPr>
        <w:t>Üniversitesi</w:t>
      </w:r>
      <w:proofErr w:type="spellEnd"/>
      <w:r w:rsidRPr="000455FF">
        <w:rPr>
          <w:rFonts w:ascii="Times New Roman" w:hAnsi="Times New Roman" w:cs="Times New Roman"/>
        </w:rPr>
        <w:t xml:space="preserve"> </w:t>
      </w:r>
      <w:proofErr w:type="spellStart"/>
      <w:r w:rsidRPr="000455FF">
        <w:rPr>
          <w:rFonts w:ascii="Times New Roman" w:hAnsi="Times New Roman" w:cs="Times New Roman"/>
        </w:rPr>
        <w:t>Güzel</w:t>
      </w:r>
      <w:proofErr w:type="spellEnd"/>
      <w:r w:rsidRPr="000455FF">
        <w:rPr>
          <w:rFonts w:ascii="Times New Roman" w:hAnsi="Times New Roman" w:cs="Times New Roman"/>
        </w:rPr>
        <w:t xml:space="preserve"> Sanatlar </w:t>
      </w:r>
      <w:proofErr w:type="gramStart"/>
      <w:r w:rsidRPr="000455FF">
        <w:rPr>
          <w:rFonts w:ascii="Times New Roman" w:hAnsi="Times New Roman" w:cs="Times New Roman"/>
        </w:rPr>
        <w:t>Fakültesi ......................................................</w:t>
      </w:r>
      <w:proofErr w:type="gramEnd"/>
      <w:r w:rsidRPr="000455FF">
        <w:rPr>
          <w:rFonts w:ascii="Times New Roman" w:hAnsi="Times New Roman" w:cs="Times New Roman"/>
        </w:rPr>
        <w:t xml:space="preserve"> Bölümü .................................... numaralı öğrencisiyim. Aşağıda belirtilen tarih ve saat aralıklarında belirtilen atölyede çalışmak için izin talep ediyorum. Çalışma süresi boyunca atölyedeki tüm sorumlulukların şahsıma ait olduğunu, meydana gelebilecek herhangi bir kaza veya olumsuz durumda tüm sorumluluğ</w:t>
      </w:r>
      <w:r w:rsidR="000F2ACC">
        <w:rPr>
          <w:rFonts w:ascii="Times New Roman" w:hAnsi="Times New Roman" w:cs="Times New Roman"/>
        </w:rPr>
        <w:t xml:space="preserve">u </w:t>
      </w:r>
      <w:proofErr w:type="gramStart"/>
      <w:r w:rsidR="000F2ACC">
        <w:rPr>
          <w:rFonts w:ascii="Times New Roman" w:hAnsi="Times New Roman" w:cs="Times New Roman"/>
        </w:rPr>
        <w:t>kabul</w:t>
      </w:r>
      <w:proofErr w:type="gramEnd"/>
      <w:r w:rsidR="000F2ACC">
        <w:rPr>
          <w:rFonts w:ascii="Times New Roman" w:hAnsi="Times New Roman" w:cs="Times New Roman"/>
        </w:rPr>
        <w:t xml:space="preserve"> ettiğimi beyan ederim.</w:t>
      </w:r>
      <w:r w:rsidR="000F2ACC">
        <w:rPr>
          <w:rFonts w:ascii="Times New Roman" w:hAnsi="Times New Roman" w:cs="Times New Roman"/>
        </w:rPr>
        <w:br/>
        <w:t xml:space="preserve">            </w:t>
      </w:r>
      <w:proofErr w:type="spellStart"/>
      <w:r w:rsidRPr="000455FF">
        <w:rPr>
          <w:rFonts w:ascii="Times New Roman" w:hAnsi="Times New Roman" w:cs="Times New Roman"/>
        </w:rPr>
        <w:t>Gereğini</w:t>
      </w:r>
      <w:proofErr w:type="spellEnd"/>
      <w:r w:rsidRPr="000455FF">
        <w:rPr>
          <w:rFonts w:ascii="Times New Roman" w:hAnsi="Times New Roman" w:cs="Times New Roman"/>
        </w:rPr>
        <w:t xml:space="preserve"> </w:t>
      </w:r>
      <w:proofErr w:type="spellStart"/>
      <w:r w:rsidRPr="000455FF">
        <w:rPr>
          <w:rFonts w:ascii="Times New Roman" w:hAnsi="Times New Roman" w:cs="Times New Roman"/>
        </w:rPr>
        <w:t>saygılarımla</w:t>
      </w:r>
      <w:proofErr w:type="spellEnd"/>
      <w:r w:rsidRPr="000455FF">
        <w:rPr>
          <w:rFonts w:ascii="Times New Roman" w:hAnsi="Times New Roman" w:cs="Times New Roman"/>
        </w:rPr>
        <w:t xml:space="preserve"> </w:t>
      </w:r>
      <w:proofErr w:type="spellStart"/>
      <w:r w:rsidRPr="000455FF">
        <w:rPr>
          <w:rFonts w:ascii="Times New Roman" w:hAnsi="Times New Roman" w:cs="Times New Roman"/>
        </w:rPr>
        <w:t>arz</w:t>
      </w:r>
      <w:proofErr w:type="spellEnd"/>
      <w:r w:rsidRPr="000455FF">
        <w:rPr>
          <w:rFonts w:ascii="Times New Roman" w:hAnsi="Times New Roman" w:cs="Times New Roman"/>
        </w:rPr>
        <w:t xml:space="preserve"> </w:t>
      </w:r>
      <w:proofErr w:type="spellStart"/>
      <w:r w:rsidRPr="000455FF">
        <w:rPr>
          <w:rFonts w:ascii="Times New Roman" w:hAnsi="Times New Roman" w:cs="Times New Roman"/>
        </w:rPr>
        <w:t>ederim</w:t>
      </w:r>
      <w:proofErr w:type="spellEnd"/>
      <w:r w:rsidRPr="000455FF">
        <w:rPr>
          <w:rFonts w:ascii="Times New Roman" w:hAnsi="Times New Roman" w:cs="Times New Roman"/>
        </w:rPr>
        <w:t>.</w:t>
      </w:r>
    </w:p>
    <w:p w:rsidR="00A81561" w:rsidRPr="000455FF" w:rsidRDefault="00A81561" w:rsidP="00A81561">
      <w:pPr>
        <w:spacing w:before="120" w:after="120"/>
        <w:jc w:val="both"/>
        <w:rPr>
          <w:rFonts w:ascii="Times New Roman" w:hAnsi="Times New Roman" w:cs="Times New Roman"/>
        </w:rPr>
      </w:pPr>
    </w:p>
    <w:p w:rsidR="00303E02" w:rsidRPr="00303E02" w:rsidRDefault="00A66C77" w:rsidP="000455FF">
      <w:pPr>
        <w:spacing w:before="80" w:after="160" w:line="360" w:lineRule="auto"/>
        <w:rPr>
          <w:rFonts w:ascii="Times New Roman" w:hAnsi="Times New Roman" w:cs="Times New Roman"/>
          <w:b/>
        </w:rPr>
      </w:pPr>
      <w:r w:rsidRPr="000455FF">
        <w:rPr>
          <w:rFonts w:ascii="Times New Roman" w:hAnsi="Times New Roman" w:cs="Times New Roman"/>
          <w:b/>
        </w:rPr>
        <w:t xml:space="preserve">Çalışılacak Atölye: </w:t>
      </w:r>
      <w:r w:rsidR="000F2ACC" w:rsidRPr="000455FF">
        <w:rPr>
          <w:rFonts w:ascii="Times New Roman" w:hAnsi="Times New Roman" w:cs="Times New Roman"/>
        </w:rPr>
        <w:t xml:space="preserve"> </w:t>
      </w:r>
      <w:r w:rsidRPr="000455FF">
        <w:rPr>
          <w:rFonts w:ascii="Times New Roman" w:hAnsi="Times New Roman" w:cs="Times New Roman"/>
        </w:rPr>
        <w:br/>
      </w:r>
      <w:r w:rsidRPr="000455FF">
        <w:rPr>
          <w:rFonts w:ascii="Times New Roman" w:hAnsi="Times New Roman" w:cs="Times New Roman"/>
          <w:b/>
        </w:rPr>
        <w:t xml:space="preserve">Çalışılacak Tarih / Tarihler: </w:t>
      </w:r>
      <w:r w:rsidRPr="000455FF">
        <w:rPr>
          <w:rFonts w:ascii="Times New Roman" w:hAnsi="Times New Roman" w:cs="Times New Roman"/>
        </w:rPr>
        <w:br/>
      </w:r>
      <w:r w:rsidRPr="000455FF">
        <w:rPr>
          <w:rFonts w:ascii="Times New Roman" w:hAnsi="Times New Roman" w:cs="Times New Roman"/>
          <w:b/>
        </w:rPr>
        <w:t xml:space="preserve">Çalışılacak Saat / Saatler: </w:t>
      </w:r>
    </w:p>
    <w:p w:rsidR="000455FF" w:rsidRPr="000455FF" w:rsidRDefault="000455FF">
      <w:pPr>
        <w:spacing w:before="80" w:after="160" w:line="288" w:lineRule="auto"/>
        <w:rPr>
          <w:rFonts w:ascii="Times New Roman" w:hAnsi="Times New Roman" w:cs="Times New Roman"/>
        </w:rPr>
      </w:pPr>
    </w:p>
    <w:tbl>
      <w:tblPr>
        <w:tblW w:w="0" w:type="auto"/>
        <w:jc w:val="center"/>
        <w:tblLayout w:type="fixed"/>
        <w:tblLook w:val="04A0" w:firstRow="1" w:lastRow="0" w:firstColumn="1" w:lastColumn="0" w:noHBand="0" w:noVBand="1"/>
      </w:tblPr>
      <w:tblGrid>
        <w:gridCol w:w="5040"/>
        <w:gridCol w:w="5040"/>
      </w:tblGrid>
      <w:tr w:rsidR="00F7460D" w:rsidRPr="000455FF">
        <w:trPr>
          <w:jc w:val="center"/>
        </w:trPr>
        <w:tc>
          <w:tcPr>
            <w:tcW w:w="5040" w:type="dxa"/>
          </w:tcPr>
          <w:p w:rsidR="000455FF" w:rsidRPr="006B67A1" w:rsidRDefault="00A66C77" w:rsidP="00303E02">
            <w:pPr>
              <w:spacing w:before="40" w:after="40" w:line="360" w:lineRule="auto"/>
              <w:rPr>
                <w:rFonts w:ascii="Times New Roman" w:hAnsi="Times New Roman" w:cs="Times New Roman"/>
                <w:b/>
                <w:i/>
              </w:rPr>
            </w:pPr>
            <w:bookmarkStart w:id="0" w:name="_GoBack"/>
            <w:proofErr w:type="spellStart"/>
            <w:r w:rsidRPr="006B67A1">
              <w:rPr>
                <w:rFonts w:ascii="Times New Roman" w:hAnsi="Times New Roman" w:cs="Times New Roman"/>
                <w:b/>
                <w:i/>
              </w:rPr>
              <w:t>Atölye</w:t>
            </w:r>
            <w:proofErr w:type="spellEnd"/>
            <w:r w:rsidRPr="006B67A1">
              <w:rPr>
                <w:rFonts w:ascii="Times New Roman" w:hAnsi="Times New Roman" w:cs="Times New Roman"/>
                <w:b/>
                <w:i/>
              </w:rPr>
              <w:t xml:space="preserve"> </w:t>
            </w:r>
            <w:proofErr w:type="spellStart"/>
            <w:r w:rsidRPr="006B67A1">
              <w:rPr>
                <w:rFonts w:ascii="Times New Roman" w:hAnsi="Times New Roman" w:cs="Times New Roman"/>
                <w:b/>
                <w:i/>
              </w:rPr>
              <w:t>Sorumlusu</w:t>
            </w:r>
            <w:proofErr w:type="spellEnd"/>
            <w:r w:rsidRPr="006B67A1">
              <w:rPr>
                <w:rFonts w:ascii="Times New Roman" w:hAnsi="Times New Roman" w:cs="Times New Roman"/>
                <w:b/>
                <w:i/>
              </w:rPr>
              <w:t xml:space="preserve"> </w:t>
            </w:r>
            <w:proofErr w:type="spellStart"/>
            <w:r w:rsidRPr="006B67A1">
              <w:rPr>
                <w:rFonts w:ascii="Times New Roman" w:hAnsi="Times New Roman" w:cs="Times New Roman"/>
                <w:b/>
                <w:i/>
              </w:rPr>
              <w:t>Öğretim</w:t>
            </w:r>
            <w:proofErr w:type="spellEnd"/>
            <w:r w:rsidRPr="006B67A1">
              <w:rPr>
                <w:rFonts w:ascii="Times New Roman" w:hAnsi="Times New Roman" w:cs="Times New Roman"/>
                <w:b/>
                <w:i/>
              </w:rPr>
              <w:t xml:space="preserve"> </w:t>
            </w:r>
            <w:proofErr w:type="spellStart"/>
            <w:r w:rsidRPr="006B67A1">
              <w:rPr>
                <w:rFonts w:ascii="Times New Roman" w:hAnsi="Times New Roman" w:cs="Times New Roman"/>
                <w:b/>
                <w:i/>
              </w:rPr>
              <w:t>Elemanı</w:t>
            </w:r>
            <w:proofErr w:type="spellEnd"/>
            <w:r w:rsidRPr="006B67A1">
              <w:rPr>
                <w:rFonts w:ascii="Times New Roman" w:hAnsi="Times New Roman" w:cs="Times New Roman"/>
                <w:b/>
                <w:i/>
              </w:rPr>
              <w:t xml:space="preserve"> </w:t>
            </w:r>
            <w:proofErr w:type="spellStart"/>
            <w:r w:rsidRPr="006B67A1">
              <w:rPr>
                <w:rFonts w:ascii="Times New Roman" w:hAnsi="Times New Roman" w:cs="Times New Roman"/>
                <w:b/>
                <w:i/>
              </w:rPr>
              <w:t>Onayı</w:t>
            </w:r>
            <w:proofErr w:type="spellEnd"/>
          </w:p>
          <w:bookmarkEnd w:id="0"/>
          <w:p w:rsidR="00F7460D" w:rsidRDefault="00A66C77" w:rsidP="00303E02">
            <w:pPr>
              <w:spacing w:before="40" w:after="40" w:line="360" w:lineRule="auto"/>
              <w:rPr>
                <w:rFonts w:ascii="Times New Roman" w:hAnsi="Times New Roman" w:cs="Times New Roman"/>
              </w:rPr>
            </w:pPr>
            <w:proofErr w:type="spellStart"/>
            <w:r w:rsidRPr="000455FF">
              <w:rPr>
                <w:rFonts w:ascii="Times New Roman" w:hAnsi="Times New Roman" w:cs="Times New Roman"/>
                <w:b/>
              </w:rPr>
              <w:t>Unvan</w:t>
            </w:r>
            <w:proofErr w:type="spellEnd"/>
            <w:r w:rsidRPr="000455FF">
              <w:rPr>
                <w:rFonts w:ascii="Times New Roman" w:hAnsi="Times New Roman" w:cs="Times New Roman"/>
                <w:b/>
              </w:rPr>
              <w:t xml:space="preserve"> Ad </w:t>
            </w:r>
            <w:proofErr w:type="spellStart"/>
            <w:r w:rsidRPr="000455FF">
              <w:rPr>
                <w:rFonts w:ascii="Times New Roman" w:hAnsi="Times New Roman" w:cs="Times New Roman"/>
                <w:b/>
              </w:rPr>
              <w:t>Soyad</w:t>
            </w:r>
            <w:proofErr w:type="spellEnd"/>
            <w:r w:rsidRPr="000455FF">
              <w:rPr>
                <w:rFonts w:ascii="Times New Roman" w:hAnsi="Times New Roman" w:cs="Times New Roman"/>
                <w:b/>
              </w:rPr>
              <w:t>:</w:t>
            </w:r>
            <w:r w:rsidRPr="000455FF">
              <w:rPr>
                <w:rFonts w:ascii="Times New Roman" w:hAnsi="Times New Roman" w:cs="Times New Roman"/>
              </w:rPr>
              <w:t xml:space="preserve"> ........................</w:t>
            </w:r>
            <w:r w:rsidR="00303E02">
              <w:rPr>
                <w:rFonts w:ascii="Times New Roman" w:hAnsi="Times New Roman" w:cs="Times New Roman"/>
              </w:rPr>
              <w:t>..............................</w:t>
            </w:r>
            <w:r w:rsidR="00303E02">
              <w:rPr>
                <w:rFonts w:ascii="Times New Roman" w:hAnsi="Times New Roman" w:cs="Times New Roman"/>
              </w:rPr>
              <w:br/>
            </w:r>
            <w:proofErr w:type="spellStart"/>
            <w:r w:rsidRPr="000455FF">
              <w:rPr>
                <w:rFonts w:ascii="Times New Roman" w:hAnsi="Times New Roman" w:cs="Times New Roman"/>
                <w:b/>
              </w:rPr>
              <w:t>İmza</w:t>
            </w:r>
            <w:proofErr w:type="spellEnd"/>
            <w:r w:rsidRPr="000455FF">
              <w:rPr>
                <w:rFonts w:ascii="Times New Roman" w:hAnsi="Times New Roman" w:cs="Times New Roman"/>
                <w:b/>
              </w:rPr>
              <w:t>:</w:t>
            </w:r>
            <w:r w:rsidRPr="000455FF">
              <w:rPr>
                <w:rFonts w:ascii="Times New Roman" w:hAnsi="Times New Roman" w:cs="Times New Roman"/>
              </w:rPr>
              <w:t xml:space="preserve"> ...........................................</w:t>
            </w:r>
          </w:p>
          <w:p w:rsidR="00A81561" w:rsidRPr="000455FF" w:rsidRDefault="00A81561">
            <w:pPr>
              <w:spacing w:before="40" w:after="40" w:line="288" w:lineRule="auto"/>
              <w:rPr>
                <w:rFonts w:ascii="Times New Roman" w:hAnsi="Times New Roman" w:cs="Times New Roman"/>
              </w:rPr>
            </w:pPr>
          </w:p>
        </w:tc>
        <w:tc>
          <w:tcPr>
            <w:tcW w:w="5040" w:type="dxa"/>
          </w:tcPr>
          <w:p w:rsidR="00F7460D" w:rsidRPr="000455FF" w:rsidRDefault="00A66C77" w:rsidP="00891B28">
            <w:pPr>
              <w:spacing w:before="40" w:after="40" w:line="360" w:lineRule="auto"/>
              <w:rPr>
                <w:rFonts w:ascii="Times New Roman" w:hAnsi="Times New Roman" w:cs="Times New Roman"/>
              </w:rPr>
            </w:pPr>
            <w:r w:rsidRPr="000F2ACC">
              <w:rPr>
                <w:rFonts w:ascii="Times New Roman" w:hAnsi="Times New Roman" w:cs="Times New Roman"/>
                <w:b/>
              </w:rPr>
              <w:t>Tarih:</w:t>
            </w:r>
            <w:r w:rsidRPr="000455FF">
              <w:rPr>
                <w:rFonts w:ascii="Times New Roman" w:hAnsi="Times New Roman" w:cs="Times New Roman"/>
              </w:rPr>
              <w:t xml:space="preserve"> ..... / ..... / 20...</w:t>
            </w:r>
            <w:r w:rsidRPr="000455FF">
              <w:rPr>
                <w:rFonts w:ascii="Times New Roman" w:hAnsi="Times New Roman" w:cs="Times New Roman"/>
              </w:rPr>
              <w:br/>
            </w:r>
            <w:r w:rsidRPr="000F2ACC">
              <w:rPr>
                <w:rFonts w:ascii="Times New Roman" w:hAnsi="Times New Roman" w:cs="Times New Roman"/>
                <w:b/>
              </w:rPr>
              <w:t>Ad - Soyad:</w:t>
            </w:r>
            <w:r w:rsidRPr="000455FF">
              <w:rPr>
                <w:rFonts w:ascii="Times New Roman" w:hAnsi="Times New Roman" w:cs="Times New Roman"/>
              </w:rPr>
              <w:t xml:space="preserve"> ......................................................</w:t>
            </w:r>
            <w:r w:rsidRPr="000455FF">
              <w:rPr>
                <w:rFonts w:ascii="Times New Roman" w:hAnsi="Times New Roman" w:cs="Times New Roman"/>
              </w:rPr>
              <w:br/>
            </w:r>
            <w:r w:rsidRPr="000F2ACC">
              <w:rPr>
                <w:rFonts w:ascii="Times New Roman" w:hAnsi="Times New Roman" w:cs="Times New Roman"/>
                <w:b/>
              </w:rPr>
              <w:t>Öğrenci No:</w:t>
            </w:r>
            <w:r w:rsidRPr="000455FF">
              <w:rPr>
                <w:rFonts w:ascii="Times New Roman" w:hAnsi="Times New Roman" w:cs="Times New Roman"/>
              </w:rPr>
              <w:t xml:space="preserve"> ......................................................</w:t>
            </w:r>
            <w:r w:rsidRPr="000455FF">
              <w:rPr>
                <w:rFonts w:ascii="Times New Roman" w:hAnsi="Times New Roman" w:cs="Times New Roman"/>
              </w:rPr>
              <w:br/>
            </w:r>
            <w:r w:rsidRPr="000F2ACC">
              <w:rPr>
                <w:rFonts w:ascii="Times New Roman" w:hAnsi="Times New Roman" w:cs="Times New Roman"/>
                <w:b/>
              </w:rPr>
              <w:t>İmza:</w:t>
            </w:r>
            <w:r w:rsidRPr="000455FF">
              <w:rPr>
                <w:rFonts w:ascii="Times New Roman" w:hAnsi="Times New Roman" w:cs="Times New Roman"/>
              </w:rPr>
              <w:t xml:space="preserve"> ...........................................</w:t>
            </w:r>
          </w:p>
        </w:tc>
      </w:tr>
    </w:tbl>
    <w:p w:rsidR="000455FF" w:rsidRPr="002E1D49" w:rsidRDefault="00A66C77" w:rsidP="002E1D49">
      <w:pPr>
        <w:spacing w:before="160" w:after="240"/>
        <w:jc w:val="center"/>
        <w:rPr>
          <w:rFonts w:ascii="Calibri" w:hAnsi="Calibri"/>
          <w:color w:val="808080"/>
          <w:sz w:val="16"/>
        </w:rPr>
      </w:pPr>
      <w:r>
        <w:rPr>
          <w:rFonts w:ascii="Calibri" w:hAnsi="Calibri"/>
          <w:color w:val="808080"/>
          <w:sz w:val="16"/>
        </w:rPr>
        <w:t>✂ - - - - - - - - - - - - - - - - - - - - - - - - - - - - - - - - - - - - - - - - - - - - - - - - - - - - - - - - - - - - - - - - - - - - - - - - - - - - - -</w:t>
      </w:r>
    </w:p>
    <w:p w:rsidR="00F7460D" w:rsidRDefault="00A66C77">
      <w:pPr>
        <w:spacing w:after="40"/>
        <w:jc w:val="center"/>
        <w:rPr>
          <w:rFonts w:ascii="Times New Roman" w:hAnsi="Times New Roman" w:cs="Times New Roman"/>
          <w:b/>
        </w:rPr>
      </w:pPr>
      <w:r w:rsidRPr="000455FF">
        <w:rPr>
          <w:rFonts w:ascii="Times New Roman" w:hAnsi="Times New Roman" w:cs="Times New Roman"/>
          <w:b/>
        </w:rPr>
        <w:t>ONDOKUZ MAYIS ÜNİVERSİTESİ</w:t>
      </w:r>
      <w:r w:rsidRPr="000455FF">
        <w:rPr>
          <w:rFonts w:ascii="Times New Roman" w:hAnsi="Times New Roman" w:cs="Times New Roman"/>
          <w:b/>
        </w:rPr>
        <w:br/>
        <w:t>GÜZEL SANATLAR FAKÜLTESİ</w:t>
      </w:r>
      <w:r w:rsidRPr="000455FF">
        <w:rPr>
          <w:rFonts w:ascii="Times New Roman" w:hAnsi="Times New Roman" w:cs="Times New Roman"/>
          <w:b/>
        </w:rPr>
        <w:br/>
        <w:t>...................................................... BÖLÜM BAŞKANLIĞINA</w:t>
      </w:r>
    </w:p>
    <w:p w:rsidR="00235840" w:rsidRPr="000455FF" w:rsidRDefault="00235840">
      <w:pPr>
        <w:spacing w:after="40"/>
        <w:jc w:val="center"/>
        <w:rPr>
          <w:rFonts w:ascii="Times New Roman" w:hAnsi="Times New Roman" w:cs="Times New Roman"/>
        </w:rPr>
      </w:pPr>
    </w:p>
    <w:p w:rsidR="00F7460D" w:rsidRDefault="00A66C77" w:rsidP="000F2ACC">
      <w:pPr>
        <w:spacing w:before="120" w:after="120" w:line="360" w:lineRule="auto"/>
        <w:ind w:firstLine="720"/>
        <w:jc w:val="both"/>
        <w:rPr>
          <w:rFonts w:ascii="Times New Roman" w:hAnsi="Times New Roman" w:cs="Times New Roman"/>
        </w:rPr>
      </w:pPr>
      <w:proofErr w:type="spellStart"/>
      <w:r w:rsidRPr="000455FF">
        <w:rPr>
          <w:rFonts w:ascii="Times New Roman" w:hAnsi="Times New Roman" w:cs="Times New Roman"/>
        </w:rPr>
        <w:t>Ondokuz</w:t>
      </w:r>
      <w:proofErr w:type="spellEnd"/>
      <w:r w:rsidRPr="000455FF">
        <w:rPr>
          <w:rFonts w:ascii="Times New Roman" w:hAnsi="Times New Roman" w:cs="Times New Roman"/>
        </w:rPr>
        <w:t xml:space="preserve"> </w:t>
      </w:r>
      <w:proofErr w:type="spellStart"/>
      <w:r w:rsidRPr="000455FF">
        <w:rPr>
          <w:rFonts w:ascii="Times New Roman" w:hAnsi="Times New Roman" w:cs="Times New Roman"/>
        </w:rPr>
        <w:t>Mayıs</w:t>
      </w:r>
      <w:proofErr w:type="spellEnd"/>
      <w:r w:rsidRPr="000455FF">
        <w:rPr>
          <w:rFonts w:ascii="Times New Roman" w:hAnsi="Times New Roman" w:cs="Times New Roman"/>
        </w:rPr>
        <w:t xml:space="preserve"> </w:t>
      </w:r>
      <w:proofErr w:type="spellStart"/>
      <w:r w:rsidRPr="000455FF">
        <w:rPr>
          <w:rFonts w:ascii="Times New Roman" w:hAnsi="Times New Roman" w:cs="Times New Roman"/>
        </w:rPr>
        <w:t>Üniversitesi</w:t>
      </w:r>
      <w:proofErr w:type="spellEnd"/>
      <w:r w:rsidRPr="000455FF">
        <w:rPr>
          <w:rFonts w:ascii="Times New Roman" w:hAnsi="Times New Roman" w:cs="Times New Roman"/>
        </w:rPr>
        <w:t xml:space="preserve"> </w:t>
      </w:r>
      <w:proofErr w:type="spellStart"/>
      <w:r w:rsidRPr="000455FF">
        <w:rPr>
          <w:rFonts w:ascii="Times New Roman" w:hAnsi="Times New Roman" w:cs="Times New Roman"/>
        </w:rPr>
        <w:t>Güzel</w:t>
      </w:r>
      <w:proofErr w:type="spellEnd"/>
      <w:r w:rsidRPr="000455FF">
        <w:rPr>
          <w:rFonts w:ascii="Times New Roman" w:hAnsi="Times New Roman" w:cs="Times New Roman"/>
        </w:rPr>
        <w:t xml:space="preserve"> Sanatlar </w:t>
      </w:r>
      <w:proofErr w:type="gramStart"/>
      <w:r w:rsidRPr="000455FF">
        <w:rPr>
          <w:rFonts w:ascii="Times New Roman" w:hAnsi="Times New Roman" w:cs="Times New Roman"/>
        </w:rPr>
        <w:t>Fakültesi ......................................................</w:t>
      </w:r>
      <w:proofErr w:type="gramEnd"/>
      <w:r w:rsidRPr="000455FF">
        <w:rPr>
          <w:rFonts w:ascii="Times New Roman" w:hAnsi="Times New Roman" w:cs="Times New Roman"/>
        </w:rPr>
        <w:t xml:space="preserve"> Bölümü .................................... numaralı öğrencisiyim. Aşağıda belirtilen tarih ve saat aralıklarında belirtilen atölyede çalışmak için izin talep ediyorum. Çalışma süresi boyunca atölyedeki tüm sorumlulukların şahsıma ait olduğunu, meydana gelebilecek herhangi </w:t>
      </w:r>
      <w:proofErr w:type="spellStart"/>
      <w:r w:rsidRPr="000455FF">
        <w:rPr>
          <w:rFonts w:ascii="Times New Roman" w:hAnsi="Times New Roman" w:cs="Times New Roman"/>
        </w:rPr>
        <w:t>bir</w:t>
      </w:r>
      <w:proofErr w:type="spellEnd"/>
      <w:r w:rsidRPr="000455FF">
        <w:rPr>
          <w:rFonts w:ascii="Times New Roman" w:hAnsi="Times New Roman" w:cs="Times New Roman"/>
        </w:rPr>
        <w:t xml:space="preserve"> </w:t>
      </w:r>
      <w:proofErr w:type="spellStart"/>
      <w:r w:rsidRPr="000455FF">
        <w:rPr>
          <w:rFonts w:ascii="Times New Roman" w:hAnsi="Times New Roman" w:cs="Times New Roman"/>
        </w:rPr>
        <w:t>kaza</w:t>
      </w:r>
      <w:proofErr w:type="spellEnd"/>
      <w:r w:rsidRPr="000455FF">
        <w:rPr>
          <w:rFonts w:ascii="Times New Roman" w:hAnsi="Times New Roman" w:cs="Times New Roman"/>
        </w:rPr>
        <w:t xml:space="preserve"> </w:t>
      </w:r>
      <w:proofErr w:type="spellStart"/>
      <w:r w:rsidRPr="000455FF">
        <w:rPr>
          <w:rFonts w:ascii="Times New Roman" w:hAnsi="Times New Roman" w:cs="Times New Roman"/>
        </w:rPr>
        <w:t>veya</w:t>
      </w:r>
      <w:proofErr w:type="spellEnd"/>
      <w:r w:rsidRPr="000455FF">
        <w:rPr>
          <w:rFonts w:ascii="Times New Roman" w:hAnsi="Times New Roman" w:cs="Times New Roman"/>
        </w:rPr>
        <w:t xml:space="preserve"> </w:t>
      </w:r>
      <w:proofErr w:type="spellStart"/>
      <w:r w:rsidR="000455FF" w:rsidRPr="000455FF">
        <w:rPr>
          <w:rFonts w:ascii="Times New Roman" w:hAnsi="Times New Roman" w:cs="Times New Roman"/>
        </w:rPr>
        <w:t>olumsuz</w:t>
      </w:r>
      <w:proofErr w:type="spellEnd"/>
      <w:r w:rsidR="000455FF" w:rsidRPr="000455FF">
        <w:rPr>
          <w:rFonts w:ascii="Times New Roman" w:hAnsi="Times New Roman" w:cs="Times New Roman"/>
        </w:rPr>
        <w:t xml:space="preserve"> </w:t>
      </w:r>
      <w:proofErr w:type="spellStart"/>
      <w:r w:rsidR="000455FF" w:rsidRPr="000455FF">
        <w:rPr>
          <w:rFonts w:ascii="Times New Roman" w:hAnsi="Times New Roman" w:cs="Times New Roman"/>
        </w:rPr>
        <w:t>durumda</w:t>
      </w:r>
      <w:proofErr w:type="spellEnd"/>
      <w:r w:rsidR="000455FF" w:rsidRPr="000455FF">
        <w:rPr>
          <w:rFonts w:ascii="Times New Roman" w:hAnsi="Times New Roman" w:cs="Times New Roman"/>
        </w:rPr>
        <w:t xml:space="preserve"> </w:t>
      </w:r>
      <w:proofErr w:type="spellStart"/>
      <w:r w:rsidR="000455FF" w:rsidRPr="000455FF">
        <w:rPr>
          <w:rFonts w:ascii="Times New Roman" w:hAnsi="Times New Roman" w:cs="Times New Roman"/>
        </w:rPr>
        <w:t>tüm</w:t>
      </w:r>
      <w:proofErr w:type="spellEnd"/>
      <w:r w:rsidR="000455FF" w:rsidRPr="000455FF">
        <w:rPr>
          <w:rFonts w:ascii="Times New Roman" w:hAnsi="Times New Roman" w:cs="Times New Roman"/>
        </w:rPr>
        <w:t xml:space="preserve"> </w:t>
      </w:r>
      <w:proofErr w:type="spellStart"/>
      <w:r w:rsidR="000455FF" w:rsidRPr="000455FF">
        <w:rPr>
          <w:rFonts w:ascii="Times New Roman" w:hAnsi="Times New Roman" w:cs="Times New Roman"/>
        </w:rPr>
        <w:t>sorumluluğu</w:t>
      </w:r>
      <w:proofErr w:type="spellEnd"/>
      <w:r w:rsidR="000455FF" w:rsidRPr="000455FF">
        <w:rPr>
          <w:rFonts w:ascii="Times New Roman" w:hAnsi="Times New Roman" w:cs="Times New Roman"/>
        </w:rPr>
        <w:t xml:space="preserve"> </w:t>
      </w:r>
      <w:proofErr w:type="spellStart"/>
      <w:proofErr w:type="gramStart"/>
      <w:r w:rsidR="000F2ACC">
        <w:rPr>
          <w:rFonts w:ascii="Times New Roman" w:hAnsi="Times New Roman" w:cs="Times New Roman"/>
        </w:rPr>
        <w:t>kabul</w:t>
      </w:r>
      <w:proofErr w:type="spellEnd"/>
      <w:proofErr w:type="gramEnd"/>
      <w:r w:rsidR="000F2ACC">
        <w:rPr>
          <w:rFonts w:ascii="Times New Roman" w:hAnsi="Times New Roman" w:cs="Times New Roman"/>
        </w:rPr>
        <w:t xml:space="preserve"> </w:t>
      </w:r>
      <w:proofErr w:type="spellStart"/>
      <w:r w:rsidR="000F2ACC">
        <w:rPr>
          <w:rFonts w:ascii="Times New Roman" w:hAnsi="Times New Roman" w:cs="Times New Roman"/>
        </w:rPr>
        <w:t>ettiğimi</w:t>
      </w:r>
      <w:proofErr w:type="spellEnd"/>
      <w:r w:rsidR="000F2ACC">
        <w:rPr>
          <w:rFonts w:ascii="Times New Roman" w:hAnsi="Times New Roman" w:cs="Times New Roman"/>
        </w:rPr>
        <w:t xml:space="preserve"> </w:t>
      </w:r>
      <w:proofErr w:type="spellStart"/>
      <w:r w:rsidR="000F2ACC">
        <w:rPr>
          <w:rFonts w:ascii="Times New Roman" w:hAnsi="Times New Roman" w:cs="Times New Roman"/>
        </w:rPr>
        <w:t>beyan</w:t>
      </w:r>
      <w:proofErr w:type="spellEnd"/>
      <w:r w:rsidR="000F2ACC">
        <w:rPr>
          <w:rFonts w:ascii="Times New Roman" w:hAnsi="Times New Roman" w:cs="Times New Roman"/>
        </w:rPr>
        <w:t xml:space="preserve"> </w:t>
      </w:r>
      <w:proofErr w:type="spellStart"/>
      <w:r w:rsidR="000F2ACC">
        <w:rPr>
          <w:rFonts w:ascii="Times New Roman" w:hAnsi="Times New Roman" w:cs="Times New Roman"/>
        </w:rPr>
        <w:t>ederim</w:t>
      </w:r>
      <w:proofErr w:type="spellEnd"/>
      <w:r w:rsidR="000F2ACC">
        <w:rPr>
          <w:rFonts w:ascii="Times New Roman" w:hAnsi="Times New Roman" w:cs="Times New Roman"/>
        </w:rPr>
        <w:t>.</w:t>
      </w:r>
      <w:r w:rsidR="000F2ACC">
        <w:rPr>
          <w:rFonts w:ascii="Times New Roman" w:hAnsi="Times New Roman" w:cs="Times New Roman"/>
        </w:rPr>
        <w:br/>
        <w:t xml:space="preserve">            </w:t>
      </w:r>
      <w:proofErr w:type="spellStart"/>
      <w:r w:rsidRPr="000455FF">
        <w:rPr>
          <w:rFonts w:ascii="Times New Roman" w:hAnsi="Times New Roman" w:cs="Times New Roman"/>
        </w:rPr>
        <w:t>Gereğini</w:t>
      </w:r>
      <w:proofErr w:type="spellEnd"/>
      <w:r w:rsidRPr="000455FF">
        <w:rPr>
          <w:rFonts w:ascii="Times New Roman" w:hAnsi="Times New Roman" w:cs="Times New Roman"/>
        </w:rPr>
        <w:t xml:space="preserve"> </w:t>
      </w:r>
      <w:proofErr w:type="spellStart"/>
      <w:r w:rsidRPr="000455FF">
        <w:rPr>
          <w:rFonts w:ascii="Times New Roman" w:hAnsi="Times New Roman" w:cs="Times New Roman"/>
        </w:rPr>
        <w:t>saygılarımla</w:t>
      </w:r>
      <w:proofErr w:type="spellEnd"/>
      <w:r w:rsidRPr="000455FF">
        <w:rPr>
          <w:rFonts w:ascii="Times New Roman" w:hAnsi="Times New Roman" w:cs="Times New Roman"/>
        </w:rPr>
        <w:t xml:space="preserve"> </w:t>
      </w:r>
      <w:proofErr w:type="spellStart"/>
      <w:r w:rsidRPr="000455FF">
        <w:rPr>
          <w:rFonts w:ascii="Times New Roman" w:hAnsi="Times New Roman" w:cs="Times New Roman"/>
        </w:rPr>
        <w:t>arz</w:t>
      </w:r>
      <w:proofErr w:type="spellEnd"/>
      <w:r w:rsidRPr="000455FF">
        <w:rPr>
          <w:rFonts w:ascii="Times New Roman" w:hAnsi="Times New Roman" w:cs="Times New Roman"/>
        </w:rPr>
        <w:t xml:space="preserve"> </w:t>
      </w:r>
      <w:proofErr w:type="spellStart"/>
      <w:r w:rsidRPr="000455FF">
        <w:rPr>
          <w:rFonts w:ascii="Times New Roman" w:hAnsi="Times New Roman" w:cs="Times New Roman"/>
        </w:rPr>
        <w:t>ederim</w:t>
      </w:r>
      <w:proofErr w:type="spellEnd"/>
      <w:r w:rsidRPr="000455FF">
        <w:rPr>
          <w:rFonts w:ascii="Times New Roman" w:hAnsi="Times New Roman" w:cs="Times New Roman"/>
        </w:rPr>
        <w:t>.</w:t>
      </w:r>
    </w:p>
    <w:p w:rsidR="00A81561" w:rsidRPr="000455FF" w:rsidRDefault="00A81561" w:rsidP="00A81561">
      <w:pPr>
        <w:spacing w:before="120" w:after="120"/>
        <w:ind w:firstLine="720"/>
        <w:jc w:val="both"/>
        <w:rPr>
          <w:rFonts w:ascii="Times New Roman" w:hAnsi="Times New Roman" w:cs="Times New Roman"/>
        </w:rPr>
      </w:pPr>
    </w:p>
    <w:p w:rsidR="00F7460D" w:rsidRDefault="00A66C77" w:rsidP="000455FF">
      <w:pPr>
        <w:spacing w:before="80" w:after="160" w:line="360" w:lineRule="auto"/>
        <w:rPr>
          <w:rFonts w:ascii="Times New Roman" w:hAnsi="Times New Roman" w:cs="Times New Roman"/>
          <w:b/>
        </w:rPr>
      </w:pPr>
      <w:proofErr w:type="spellStart"/>
      <w:r w:rsidRPr="000455FF">
        <w:rPr>
          <w:rFonts w:ascii="Times New Roman" w:hAnsi="Times New Roman" w:cs="Times New Roman"/>
          <w:b/>
        </w:rPr>
        <w:t>Çalışılacak</w:t>
      </w:r>
      <w:proofErr w:type="spellEnd"/>
      <w:r w:rsidRPr="000455FF">
        <w:rPr>
          <w:rFonts w:ascii="Times New Roman" w:hAnsi="Times New Roman" w:cs="Times New Roman"/>
          <w:b/>
        </w:rPr>
        <w:t xml:space="preserve"> </w:t>
      </w:r>
      <w:proofErr w:type="spellStart"/>
      <w:r w:rsidRPr="000455FF">
        <w:rPr>
          <w:rFonts w:ascii="Times New Roman" w:hAnsi="Times New Roman" w:cs="Times New Roman"/>
          <w:b/>
        </w:rPr>
        <w:t>Atölye</w:t>
      </w:r>
      <w:proofErr w:type="spellEnd"/>
      <w:r w:rsidRPr="000455FF">
        <w:rPr>
          <w:rFonts w:ascii="Times New Roman" w:hAnsi="Times New Roman" w:cs="Times New Roman"/>
          <w:b/>
        </w:rPr>
        <w:t>:</w:t>
      </w:r>
      <w:r w:rsidR="000455FF" w:rsidRPr="000455FF">
        <w:rPr>
          <w:rFonts w:ascii="Times New Roman" w:hAnsi="Times New Roman" w:cs="Times New Roman"/>
        </w:rPr>
        <w:t xml:space="preserve"> </w:t>
      </w:r>
      <w:r w:rsidRPr="000455FF">
        <w:rPr>
          <w:rFonts w:ascii="Times New Roman" w:hAnsi="Times New Roman" w:cs="Times New Roman"/>
        </w:rPr>
        <w:br/>
      </w:r>
      <w:proofErr w:type="spellStart"/>
      <w:r w:rsidRPr="000455FF">
        <w:rPr>
          <w:rFonts w:ascii="Times New Roman" w:hAnsi="Times New Roman" w:cs="Times New Roman"/>
          <w:b/>
        </w:rPr>
        <w:t>Çalışılacak</w:t>
      </w:r>
      <w:proofErr w:type="spellEnd"/>
      <w:r w:rsidRPr="000455FF">
        <w:rPr>
          <w:rFonts w:ascii="Times New Roman" w:hAnsi="Times New Roman" w:cs="Times New Roman"/>
          <w:b/>
        </w:rPr>
        <w:t xml:space="preserve"> </w:t>
      </w:r>
      <w:proofErr w:type="spellStart"/>
      <w:r w:rsidRPr="000455FF">
        <w:rPr>
          <w:rFonts w:ascii="Times New Roman" w:hAnsi="Times New Roman" w:cs="Times New Roman"/>
          <w:b/>
        </w:rPr>
        <w:t>Tarih</w:t>
      </w:r>
      <w:proofErr w:type="spellEnd"/>
      <w:r w:rsidRPr="000455FF">
        <w:rPr>
          <w:rFonts w:ascii="Times New Roman" w:hAnsi="Times New Roman" w:cs="Times New Roman"/>
          <w:b/>
        </w:rPr>
        <w:t xml:space="preserve"> / Tarihler: </w:t>
      </w:r>
      <w:r w:rsidRPr="000455FF">
        <w:rPr>
          <w:rFonts w:ascii="Times New Roman" w:hAnsi="Times New Roman" w:cs="Times New Roman"/>
        </w:rPr>
        <w:br/>
      </w:r>
      <w:r w:rsidRPr="000455FF">
        <w:rPr>
          <w:rFonts w:ascii="Times New Roman" w:hAnsi="Times New Roman" w:cs="Times New Roman"/>
          <w:b/>
        </w:rPr>
        <w:t xml:space="preserve">Çalışılacak Saat / Saatler: </w:t>
      </w:r>
    </w:p>
    <w:p w:rsidR="00303E02" w:rsidRPr="000455FF" w:rsidRDefault="00303E02" w:rsidP="000455FF">
      <w:pPr>
        <w:spacing w:before="80" w:after="160" w:line="360" w:lineRule="auto"/>
        <w:rPr>
          <w:rFonts w:ascii="Times New Roman" w:hAnsi="Times New Roman" w:cs="Times New Roman"/>
        </w:rPr>
      </w:pPr>
    </w:p>
    <w:tbl>
      <w:tblPr>
        <w:tblW w:w="0" w:type="auto"/>
        <w:jc w:val="center"/>
        <w:tblLayout w:type="fixed"/>
        <w:tblLook w:val="04A0" w:firstRow="1" w:lastRow="0" w:firstColumn="1" w:lastColumn="0" w:noHBand="0" w:noVBand="1"/>
      </w:tblPr>
      <w:tblGrid>
        <w:gridCol w:w="5040"/>
        <w:gridCol w:w="5040"/>
      </w:tblGrid>
      <w:tr w:rsidR="00F7460D" w:rsidRPr="000455FF">
        <w:trPr>
          <w:jc w:val="center"/>
        </w:trPr>
        <w:tc>
          <w:tcPr>
            <w:tcW w:w="5040" w:type="dxa"/>
          </w:tcPr>
          <w:p w:rsidR="000455FF" w:rsidRPr="00891B28" w:rsidRDefault="00A66C77" w:rsidP="00303E02">
            <w:pPr>
              <w:spacing w:before="40" w:after="40" w:line="360" w:lineRule="auto"/>
              <w:rPr>
                <w:rFonts w:ascii="Times New Roman" w:hAnsi="Times New Roman" w:cs="Times New Roman"/>
                <w:b/>
                <w:i/>
              </w:rPr>
            </w:pPr>
            <w:proofErr w:type="spellStart"/>
            <w:r w:rsidRPr="00891B28">
              <w:rPr>
                <w:rFonts w:ascii="Times New Roman" w:hAnsi="Times New Roman" w:cs="Times New Roman"/>
                <w:b/>
                <w:i/>
              </w:rPr>
              <w:t>Atölye</w:t>
            </w:r>
            <w:proofErr w:type="spellEnd"/>
            <w:r w:rsidRPr="00891B28">
              <w:rPr>
                <w:rFonts w:ascii="Times New Roman" w:hAnsi="Times New Roman" w:cs="Times New Roman"/>
                <w:b/>
                <w:i/>
              </w:rPr>
              <w:t xml:space="preserve"> </w:t>
            </w:r>
            <w:proofErr w:type="spellStart"/>
            <w:r w:rsidRPr="00891B28">
              <w:rPr>
                <w:rFonts w:ascii="Times New Roman" w:hAnsi="Times New Roman" w:cs="Times New Roman"/>
                <w:b/>
                <w:i/>
              </w:rPr>
              <w:t>Sorumlusu</w:t>
            </w:r>
            <w:proofErr w:type="spellEnd"/>
            <w:r w:rsidRPr="00891B28">
              <w:rPr>
                <w:rFonts w:ascii="Times New Roman" w:hAnsi="Times New Roman" w:cs="Times New Roman"/>
                <w:b/>
                <w:i/>
              </w:rPr>
              <w:t xml:space="preserve"> </w:t>
            </w:r>
            <w:proofErr w:type="spellStart"/>
            <w:r w:rsidRPr="00891B28">
              <w:rPr>
                <w:rFonts w:ascii="Times New Roman" w:hAnsi="Times New Roman" w:cs="Times New Roman"/>
                <w:b/>
                <w:i/>
              </w:rPr>
              <w:t>Öğretim</w:t>
            </w:r>
            <w:proofErr w:type="spellEnd"/>
            <w:r w:rsidRPr="00891B28">
              <w:rPr>
                <w:rFonts w:ascii="Times New Roman" w:hAnsi="Times New Roman" w:cs="Times New Roman"/>
                <w:b/>
                <w:i/>
              </w:rPr>
              <w:t xml:space="preserve"> </w:t>
            </w:r>
            <w:proofErr w:type="spellStart"/>
            <w:r w:rsidRPr="00891B28">
              <w:rPr>
                <w:rFonts w:ascii="Times New Roman" w:hAnsi="Times New Roman" w:cs="Times New Roman"/>
                <w:b/>
                <w:i/>
              </w:rPr>
              <w:t>Elemanı</w:t>
            </w:r>
            <w:proofErr w:type="spellEnd"/>
            <w:r w:rsidRPr="00891B28">
              <w:rPr>
                <w:rFonts w:ascii="Times New Roman" w:hAnsi="Times New Roman" w:cs="Times New Roman"/>
                <w:b/>
                <w:i/>
              </w:rPr>
              <w:t xml:space="preserve"> </w:t>
            </w:r>
            <w:proofErr w:type="spellStart"/>
            <w:r w:rsidRPr="00891B28">
              <w:rPr>
                <w:rFonts w:ascii="Times New Roman" w:hAnsi="Times New Roman" w:cs="Times New Roman"/>
                <w:b/>
                <w:i/>
              </w:rPr>
              <w:t>Onayı</w:t>
            </w:r>
            <w:proofErr w:type="spellEnd"/>
          </w:p>
          <w:p w:rsidR="00F7460D" w:rsidRPr="000455FF" w:rsidRDefault="00A66C77" w:rsidP="00303E02">
            <w:pPr>
              <w:spacing w:before="40" w:after="40" w:line="360" w:lineRule="auto"/>
              <w:rPr>
                <w:rFonts w:ascii="Times New Roman" w:hAnsi="Times New Roman" w:cs="Times New Roman"/>
              </w:rPr>
            </w:pPr>
            <w:proofErr w:type="spellStart"/>
            <w:r w:rsidRPr="000F2ACC">
              <w:rPr>
                <w:rFonts w:ascii="Times New Roman" w:hAnsi="Times New Roman" w:cs="Times New Roman"/>
                <w:b/>
              </w:rPr>
              <w:t>Unvan</w:t>
            </w:r>
            <w:proofErr w:type="spellEnd"/>
            <w:r w:rsidRPr="000F2ACC">
              <w:rPr>
                <w:rFonts w:ascii="Times New Roman" w:hAnsi="Times New Roman" w:cs="Times New Roman"/>
                <w:b/>
              </w:rPr>
              <w:t xml:space="preserve"> Ad </w:t>
            </w:r>
            <w:proofErr w:type="spellStart"/>
            <w:r w:rsidRPr="000F2ACC">
              <w:rPr>
                <w:rFonts w:ascii="Times New Roman" w:hAnsi="Times New Roman" w:cs="Times New Roman"/>
                <w:b/>
              </w:rPr>
              <w:t>Soyad</w:t>
            </w:r>
            <w:proofErr w:type="spellEnd"/>
            <w:r w:rsidRPr="000F2ACC">
              <w:rPr>
                <w:rFonts w:ascii="Times New Roman" w:hAnsi="Times New Roman" w:cs="Times New Roman"/>
                <w:b/>
              </w:rPr>
              <w:t>:</w:t>
            </w:r>
            <w:r w:rsidRPr="000455FF">
              <w:rPr>
                <w:rFonts w:ascii="Times New Roman" w:hAnsi="Times New Roman" w:cs="Times New Roman"/>
              </w:rPr>
              <w:t xml:space="preserve"> ........................</w:t>
            </w:r>
            <w:r w:rsidR="00303E02">
              <w:rPr>
                <w:rFonts w:ascii="Times New Roman" w:hAnsi="Times New Roman" w:cs="Times New Roman"/>
              </w:rPr>
              <w:t>..............................</w:t>
            </w:r>
            <w:r w:rsidR="00303E02">
              <w:rPr>
                <w:rFonts w:ascii="Times New Roman" w:hAnsi="Times New Roman" w:cs="Times New Roman"/>
              </w:rPr>
              <w:br/>
            </w:r>
            <w:proofErr w:type="spellStart"/>
            <w:r w:rsidRPr="000F2ACC">
              <w:rPr>
                <w:rFonts w:ascii="Times New Roman" w:hAnsi="Times New Roman" w:cs="Times New Roman"/>
                <w:b/>
              </w:rPr>
              <w:t>İmza</w:t>
            </w:r>
            <w:proofErr w:type="spellEnd"/>
            <w:r w:rsidRPr="000F2ACC">
              <w:rPr>
                <w:rFonts w:ascii="Times New Roman" w:hAnsi="Times New Roman" w:cs="Times New Roman"/>
                <w:b/>
              </w:rPr>
              <w:t>:</w:t>
            </w:r>
            <w:r w:rsidRPr="000455FF">
              <w:rPr>
                <w:rFonts w:ascii="Times New Roman" w:hAnsi="Times New Roman" w:cs="Times New Roman"/>
              </w:rPr>
              <w:t xml:space="preserve"> ...........................................</w:t>
            </w:r>
          </w:p>
        </w:tc>
        <w:tc>
          <w:tcPr>
            <w:tcW w:w="5040" w:type="dxa"/>
          </w:tcPr>
          <w:p w:rsidR="00F7460D" w:rsidRPr="000455FF" w:rsidRDefault="00A66C77" w:rsidP="000455FF">
            <w:pPr>
              <w:spacing w:before="40" w:after="40" w:line="360" w:lineRule="auto"/>
              <w:rPr>
                <w:rFonts w:ascii="Times New Roman" w:hAnsi="Times New Roman" w:cs="Times New Roman"/>
              </w:rPr>
            </w:pPr>
            <w:r w:rsidRPr="000455FF">
              <w:rPr>
                <w:rFonts w:ascii="Times New Roman" w:hAnsi="Times New Roman" w:cs="Times New Roman"/>
                <w:b/>
              </w:rPr>
              <w:t>Tarih:</w:t>
            </w:r>
            <w:r w:rsidRPr="000455FF">
              <w:rPr>
                <w:rFonts w:ascii="Times New Roman" w:hAnsi="Times New Roman" w:cs="Times New Roman"/>
              </w:rPr>
              <w:t xml:space="preserve"> ..... / ..... / 20...</w:t>
            </w:r>
            <w:r w:rsidRPr="000455FF">
              <w:rPr>
                <w:rFonts w:ascii="Times New Roman" w:hAnsi="Times New Roman" w:cs="Times New Roman"/>
              </w:rPr>
              <w:br/>
            </w:r>
            <w:r w:rsidRPr="000455FF">
              <w:rPr>
                <w:rFonts w:ascii="Times New Roman" w:hAnsi="Times New Roman" w:cs="Times New Roman"/>
                <w:b/>
              </w:rPr>
              <w:t>Ad - Soyad:</w:t>
            </w:r>
            <w:r w:rsidRPr="000455FF">
              <w:rPr>
                <w:rFonts w:ascii="Times New Roman" w:hAnsi="Times New Roman" w:cs="Times New Roman"/>
              </w:rPr>
              <w:t xml:space="preserve"> ......................................................</w:t>
            </w:r>
            <w:r w:rsidRPr="000455FF">
              <w:rPr>
                <w:rFonts w:ascii="Times New Roman" w:hAnsi="Times New Roman" w:cs="Times New Roman"/>
              </w:rPr>
              <w:br/>
            </w:r>
            <w:r w:rsidRPr="000455FF">
              <w:rPr>
                <w:rFonts w:ascii="Times New Roman" w:hAnsi="Times New Roman" w:cs="Times New Roman"/>
                <w:b/>
              </w:rPr>
              <w:t>Öğrenci No:</w:t>
            </w:r>
            <w:r w:rsidRPr="000455FF">
              <w:rPr>
                <w:rFonts w:ascii="Times New Roman" w:hAnsi="Times New Roman" w:cs="Times New Roman"/>
              </w:rPr>
              <w:t xml:space="preserve"> ......................................................</w:t>
            </w:r>
            <w:r w:rsidRPr="000455FF">
              <w:rPr>
                <w:rFonts w:ascii="Times New Roman" w:hAnsi="Times New Roman" w:cs="Times New Roman"/>
              </w:rPr>
              <w:br/>
            </w:r>
            <w:r w:rsidRPr="000455FF">
              <w:rPr>
                <w:rFonts w:ascii="Times New Roman" w:hAnsi="Times New Roman" w:cs="Times New Roman"/>
                <w:b/>
              </w:rPr>
              <w:t>İmza:</w:t>
            </w:r>
            <w:r w:rsidRPr="000455FF">
              <w:rPr>
                <w:rFonts w:ascii="Times New Roman" w:hAnsi="Times New Roman" w:cs="Times New Roman"/>
              </w:rPr>
              <w:t xml:space="preserve"> ...........................................</w:t>
            </w:r>
          </w:p>
        </w:tc>
      </w:tr>
    </w:tbl>
    <w:p w:rsidR="00A66C77" w:rsidRPr="000455FF" w:rsidRDefault="00A66C77">
      <w:pPr>
        <w:rPr>
          <w:rFonts w:ascii="Times New Roman" w:hAnsi="Times New Roman" w:cs="Times New Roman"/>
        </w:rPr>
      </w:pPr>
    </w:p>
    <w:sectPr w:rsidR="00A66C77" w:rsidRPr="000455FF" w:rsidSect="00034616">
      <w:pgSz w:w="11909" w:h="16834"/>
      <w:pgMar w:top="576" w:right="864" w:bottom="57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455FF"/>
    <w:rsid w:val="0006063C"/>
    <w:rsid w:val="000F2ACC"/>
    <w:rsid w:val="0015074B"/>
    <w:rsid w:val="00235840"/>
    <w:rsid w:val="0029639D"/>
    <w:rsid w:val="002E1D49"/>
    <w:rsid w:val="00303E02"/>
    <w:rsid w:val="00326F90"/>
    <w:rsid w:val="006B67A1"/>
    <w:rsid w:val="00891B28"/>
    <w:rsid w:val="00A66C77"/>
    <w:rsid w:val="00A81561"/>
    <w:rsid w:val="00AA1D8D"/>
    <w:rsid w:val="00B47730"/>
    <w:rsid w:val="00CB0664"/>
    <w:rsid w:val="00F7460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026A3BAD-E7A6-4799-9743-A8EC13484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81D76E-3EC9-4C3A-84B5-274252C58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348</Words>
  <Characters>1985</Characters>
  <Application>Microsoft Office Word</Application>
  <DocSecurity>0</DocSecurity>
  <Lines>16</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2329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GSF</cp:lastModifiedBy>
  <cp:revision>8</cp:revision>
  <dcterms:created xsi:type="dcterms:W3CDTF">2013-12-23T23:15:00Z</dcterms:created>
  <dcterms:modified xsi:type="dcterms:W3CDTF">2026-10-22T11:30:00Z</dcterms:modified>
  <cp:category/>
</cp:coreProperties>
</file>